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Dermatologie des petits animaux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Muller, George H./ Kirk, Robert Warren/ Lapeire,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Vigot frères/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2711406530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Medecine Vétérinaire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Dermatologie Algorithmes Synthèse/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Dermatologie des petits animaux* (Muller &amp; Kirk) est un ouvrage vétérinaire spécialisé sur les maladies de la peau chez les animaux de compagnie (chiens, chats, petits mammifères). </w:t>
        <w:br/>
        <w:br/>
        <w:t>Il s’agit d’un ouvrage de référence, richement illustré, qui couvre non seulement les aspects cliniques, mais aussi étiologique (causes), diagnostique, thérapeutique, et pathologique.</w:t>
        <w:br/>
        <w:br/>
        <w:t>Il existe plusieurs éditions, la quatrième (1989) et cinquième (1995) entre autres.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