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PHP Pour le world wide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Ullman, Larry/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Peachpit/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Quickstart visuel(N°:None)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2744080039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web dynamique/ développement web/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et progressive au langage PHP, conçu pour les développeurs débutants souhaitant créer des sites web dynamiques.Larry Ullman guide le lecteur pas à pas à travers les bases du langage, l’interaction avec les formulaires HTML, la gestion des données utilisateurs et la communication avec une base de données MySQL.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