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Cellules solaires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Labouret, Anne/ Cumunel, Pascal/ Braun, Jean-Paul/ Faraggi, Benjamin/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ETSF, techniques et scientifiques françaises/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VI-118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2100496131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énergie photovoltaïque/ </w:t>
            </w:r>
          </w:p>
        </w:tc>
      </w:tr>
    </w:tbl>
    <w:p>
      <w:pPr>
        <w:pStyle w:val="Heading3"/>
      </w:pPr>
      <w:r>
        <w:t>Résumé :</w:t>
      </w:r>
    </w:p>
    <w:p>
      <w:r>
        <w:t>Alors même que l'apport énergétique du soleil est quasi illimité, moins de 1 % de la consommation énergétique mondiale est issue de l'énergie solaire. On réalise le chemin qu'il nous reste à parcourir pour exploiter pleinement tout le potentiel de cette énergie renouvelable et écologique. Cet ouvrage vous convie à découvrir l'énergie solaire photovoltaïque, électricité produite à partir d'une source de lumière naturelle ou artificielle, grâce à des cellules ou panneaux solaires. Conçu par une équipe d'ingénieurs et de formateurs spécialistes du domaine, il présente de façon théorique et pratique tous les aspects de cette technologie : l'ensoleillement et la lumière ; les cellules solaires, le stockage de l'énergie ; les usages de l'énergie photovoltaïque ; des montages simples à réaliser à base de photopiles et de panneaux solaires. Cette 4e édition mise à jour séduira tous ceux qu'interpelle ou passionne déjà cette énergie en plein essor et de plus en plus abordable.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