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Pour comprendre l'immunologie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Bacir Benzaïr, Pr 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Éd. Désiris/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2907653571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immunité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Immunité/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cytokine/ inflammation/ </w:t>
            </w:r>
          </w:p>
        </w:tc>
      </w:tr>
    </w:tbl>
    <w:p>
      <w:pPr>
        <w:pStyle w:val="Heading3"/>
      </w:pPr>
      <w:r>
        <w:t>Résumé :</w:t>
      </w:r>
    </w:p>
    <w:p>
      <w:r>
        <w:t>Le livre vise à expliquer comment fonctionne le système immunitaire, ses composants, ses</w:t>
        <w:br/>
        <w:br/>
        <w:t>mécanismes et son rôle dans la défense du corps. L’auteur, biologiste et enseignant, vulgarise les</w:t>
        <w:br/>
        <w:br/>
        <w:t>bases complexes de l’immunologie pour les rendre accessibles aux étudiants et passionnés de</w:t>
        <w:br/>
        <w:br/>
        <w:t>biologie.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