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l'électrotechnique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Coulon, Frédéric de/ Jufer, Marcel/ Neirynck,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Traité d'électricité de l'École polytechnique fédérale de Lausanne(N°:None)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2040115838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régime continu/ circuit électrique/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une introduction à l'électrotechnique, laquelle regroupe, dans l'acception moderne du terme, toutes les utilisation technique de l'électricité. ils s'adresse à des lecteurs dont les connaissances préalables en mathématiques et en physique n'ont pas à dépasser le niveau acquis avant d'aborder l'enseignement supérieur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