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François,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électronique du signal/ électronique électrotechnique/ </w:t>
            </w:r>
          </w:p>
        </w:tc>
      </w:tr>
    </w:tbl>
    <w:p>
      <w:pPr>
        <w:pStyle w:val="Heading3"/>
      </w:pPr>
      <w:r>
        <w:t>Résumé :</w:t>
      </w:r>
    </w:p>
    <w:p>
      <w:r>
        <w:t>Illustré de nombreux schémas, ce cours complet, rédigé simplement, balaie les 3 champs principaux du génie électrique : - Electronique du signal : circuits en régimes continu, variable et sinusoïdal, ALI, … - Electronique de puissance et électrotechnique : convertisseurs, machines tournantes, … -Automatique : logique combinatoire et séquentielle, asservissements, … Il s'adresse aux étudiants de classes préparatoires (TSI), BTS, IUT, IUP, DEUG, licence EEA, ainsi que ceux de 1ère année d'écoles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