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élémentaire des plasmas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Arcimovič, Lev Andreevič/ Palonski, Valentin/ </w:t>
            </w:r>
          </w:p>
        </w:tc>
      </w:tr>
      <w:tr>
        <w:trPr>
          <w:trHeight w:val="567"/>
        </w:trPr>
        <w:tc>
          <w:tcPr>
            <w:tcW w:type="dxa" w:w="3000"/>
          </w:tcPr>
          <w:p>
            <w:r>
              <w:t>Adresse bib.</w:t>
            </w:r>
          </w:p>
        </w:tc>
        <w:tc>
          <w:tcPr>
            <w:tcW w:type="dxa" w:w="7000"/>
          </w:tcPr>
          <w:p>
            <w:r>
              <w:t xml:space="preserve">Éditions de la Paix/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17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Conductivité électrique/ fusion nucléaire/ </w:t>
            </w:r>
          </w:p>
        </w:tc>
      </w:tr>
    </w:tbl>
    <w:p>
      <w:pPr>
        <w:pStyle w:val="Heading3"/>
      </w:pPr>
      <w:r>
        <w:t>Résumé :</w:t>
      </w:r>
    </w:p>
    <w:p>
      <w:r>
        <w:t>Cet ouvrage est  introduit les concepts fondamentaux de la physique des plasmas, un état de la matière constitué de particules chargées. Le livre aborde les propriétés physiques des plasmas, leur comportement et les phénomènes qui les caractérisent.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