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physiologie.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Hermann, Henri/ Cier, Jean-François/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601 p.</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2225407665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neurophysiologie/ </w:t>
            </w:r>
          </w:p>
        </w:tc>
      </w:tr>
    </w:tbl>
    <w:p>
      <w:pPr>
        <w:pStyle w:val="Heading3"/>
      </w:pPr>
      <w:r>
        <w:t>Résumé :</w:t>
      </w:r>
    </w:p>
    <w:p>
      <w:r>
        <w:t>Le "Précis de physiologie  Système nerveux central" présente les bases du fonctionnement du cerveau et de la moelle épinière, en expliquant l’organisation anatomique et fonctionnelle du système nerveux central. L’ouvrage décrit les mécanismes de la transmission nerveuse, l’intégration sensorielle et motrice, ainsi que la régulation des grandes fonctions physiologiques. Il aborde également les fonctions cognitives supérieures (mémoire, émotions, langage, conscience) et les principes de la plasticité neuronale, illustrant comment le système nerveux central coordonne et adapte en permanence les activités de l’organisme.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