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Delaunay,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2705657800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molecular biology/ biochimie/ </w:t>
            </w:r>
          </w:p>
        </w:tc>
      </w:tr>
    </w:tbl>
    <w:p>
      <w:pPr>
        <w:pStyle w:val="Heading3"/>
      </w:pPr>
      <w:r>
        <w:t>Résumé :</w:t>
      </w:r>
    </w:p>
    <w:p>
      <w:r>
        <w:t>Biochimie : travaux dirigés de Jean Delaunay est un ouvrage destiné aux étudiants en médecine et biologie.</w:t>
        <w:br/>
        <w:br/>
        <w:t>L’ouvrage se présente sous la forme de travaux dirigés , avec plus de 250 exercices** répartis encinq chapitres** principaux, eux-mêmes divisés en paragraphes.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