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l'étude de la chimie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Barker, de Geoffrey R./ Marchal, Jeannine/ Génermont,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Thèmes Vuibert université.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2711760103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