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d'électronique et d'électrotechnique posés au CAPES de physique et d'électricité appliquées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Bastide,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du CAPES(N°:None)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2729869824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Ces ouvrages proposent pour une part des outils méthodologiques indispensables à la réussite des concours du CAPES et de lAgrégation, notamment par type dépreuve ; une seconde série sattache aux programmes spécifiquement proposés aux étudiants et rassemblent des contributions de 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