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Bell, David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6th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Prentice Hall of India/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860-867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8120323610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electric circuit/ capacitor and inductor/ </w:t>
            </w:r>
          </w:p>
        </w:tc>
      </w:tr>
    </w:tbl>
    <w:p>
      <w:pPr>
        <w:pStyle w:val="Heading3"/>
      </w:pPr>
      <w:r>
        <w:t>Résumé :</w:t>
      </w:r>
    </w:p>
    <w:p>
      <w:r>
        <w:t>This text, Electric Circuits provides a firm rooting in the basics of electricity, magnetism, and dc and ac circuits. It covers topics on simple dc circuits, complex ac network analysis, including resonance, transformers, and three-phase ac circuits.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