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Révision accélérée en biochimie clinique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Serge/ </w:t>
            </w:r>
          </w:p>
        </w:tc>
      </w:tr>
      <w:tr>
        <w:trPr>
          <w:trHeight w:val="567"/>
        </w:trPr>
        <w:tc>
          <w:tcPr>
            <w:tcW w:type="dxa" w:w="3000"/>
          </w:tcPr>
          <w:p>
            <w:r>
              <w:t>Adresse bib.</w:t>
            </w:r>
          </w:p>
        </w:tc>
        <w:tc>
          <w:tcPr>
            <w:tcW w:type="dxa" w:w="7000"/>
          </w:tcPr>
          <w:p>
            <w:r>
              <w:t xml:space="preserve">Maloine/ </w:t>
            </w:r>
          </w:p>
        </w:tc>
      </w:tr>
      <w:tr>
        <w:trPr>
          <w:trHeight w:val="567"/>
        </w:trPr>
        <w:tc>
          <w:tcPr>
            <w:tcW w:type="dxa" w:w="3000"/>
          </w:tcPr>
          <w:p>
            <w:r>
              <w:t>Nombre de Pages</w:t>
            </w:r>
          </w:p>
        </w:tc>
        <w:tc>
          <w:tcPr>
            <w:tcW w:type="dxa" w:w="7000"/>
          </w:tcPr>
          <w:p>
            <w:r>
              <w:t>384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2221008074</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biochimie clinique/ biochimie/ </w:t>
            </w:r>
          </w:p>
        </w:tc>
      </w:tr>
    </w:tbl>
    <w:p>
      <w:pPr>
        <w:pStyle w:val="Heading3"/>
      </w:pPr>
      <w:r>
        <w:t>Résumé :</w:t>
      </w:r>
    </w:p>
    <w:p>
      <w:r>
        <w:t>L’ouvrage est conçu comme un support de révision rapide pour les étudiants en médecine ou en biochimie, particulièrement ceux qui doivent assimiler ou revoir les concepts essentiels de la biochimie clinique dans un temps limité.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