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Électrotechnique, PSI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Brenders, P./ Douchet, L./ Sauzeix,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 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2749504007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électrotechnique appliquée/ Circuits électriques/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