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laboratoire et mesure.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Fighiera/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285351851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voltrème numérique/ métronome électronique/ </w:t>
            </w:r>
          </w:p>
        </w:tc>
      </w:tr>
    </w:tbl>
    <w:p>
      <w:pPr>
        <w:pStyle w:val="Heading3"/>
      </w:pPr>
      <w:r>
        <w:t>Résumé :</w:t>
      </w:r>
    </w:p>
    <w:p>
      <w:r>
        <w:t>Ce tome approfondit les techniques de mesure et les méthodes expérimentales utilisées en électronique. Il présente les instruments de laboratoire, les principes de calibration, les montages de test, ainsi que l’analyse et l’interprétation des résultats expérimentaux. L’ouvrage met l’accent sur la précision des mesures, la détection des erreurs, et l’application pratique des lois fondamentales de l’électronique dans un cadre de travaux pratiques et de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22/10/2026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