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programmation systématique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Wirth, Niklaus/ Lecarme, Olivier/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Monographies de l'A.F.C.E.T.(N°:None)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2225474214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pascal/ structure de donnée/ </w:t>
            </w:r>
          </w:p>
        </w:tc>
      </w:tr>
    </w:tbl>
    <w:p>
      <w:pPr>
        <w:pStyle w:val="Heading3"/>
      </w:pPr>
      <w:r>
        <w:t>Résumé :</w:t>
      </w:r>
    </w:p>
    <w:p>
      <w:r>
        <w:t>L'Introduction à la programmation systématique de Niklaus Wirth est un ouvrage fondamental qui présente une approche méthodique du développement logiciel. L'auteur y expose les principes de base de la programmation, en mettant l'accent sur la rigueur et la systématique. À travers l'étude du langage Pascal, Wirth illustre comment concevoir, développer et tester des programmes de manière structurée. Ce livre est destiné aux étudiants en informatique ainsi qu'aux professionnels souhaitant approfondir leurs connaissances en génie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