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Mémo visuel de biologie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Richard, Daniel/ Chevalet, Patrick/ Soubaya, Thierry/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249 p.</w:t>
            </w:r>
          </w:p>
        </w:tc>
      </w:tr>
      <w:tr>
        <w:trPr>
          <w:trHeight w:val="567"/>
        </w:trPr>
        <w:tc>
          <w:tcPr>
            <w:tcW w:type="dxa" w:w="3000"/>
          </w:tcPr>
          <w:p>
            <w:r>
              <w:t>Format</w:t>
            </w:r>
          </w:p>
        </w:tc>
        <w:tc>
          <w:tcPr>
            <w:tcW w:type="dxa" w:w="7000"/>
          </w:tcPr>
          <w:p>
            <w:r>
              <w:t>21 cm  Collection : Mémo visuel de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9782100743711</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biologie/ </w:t>
            </w:r>
          </w:p>
        </w:tc>
      </w:tr>
    </w:tbl>
    <w:p>
      <w:pPr>
        <w:pStyle w:val="Heading3"/>
      </w:pPr>
      <w:r>
        <w:t>Résumé :</w:t>
      </w:r>
    </w:p>
    <w:p>
      <w:r>
        <w:t>Constitué de 212 fiches avec schémas et photos en couleur, cette nouvelle édition actualisée du Mémo visuel de biologie vous permettra de réviser rapidement les notions essentielles de la biologie (biologie moléculaire, génétique, physiologie des êtres vivants). L'image a volontairement été privilégiée, le texte d'accompagnement résumant les idées essentielles. Des schémas et des photos à légender sont disponibles sur dunod.com.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