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Électrotechnique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Bourgeois, René/ Cogniel,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Éducalivre-Casteilla/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A. Capliez. Mémotech(N°:None)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2713517117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guide pratique/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