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Manuel de génie électrique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Beugniez, Michel/ Williot, Jean-Luc/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Ellipses/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464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26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Index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2729846840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Electrotechnique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électricité industrielle/ distribution électrique/ </w:t>
            </w:r>
          </w:p>
        </w:tc>
      </w:tr>
    </w:tbl>
    <w:p>
      <w:pPr>
        <w:pStyle w:val="Heading3"/>
      </w:pPr>
      <w:r>
        <w:t>Résumé :</w:t>
      </w:r>
    </w:p>
    <w:p>
      <w:r>
        <w:t>Le Manuel de génie électrique veut être le maillon manquant entre les notions de base assimilées jusqu'au baccalauréat et celles qui devraient l'être au-delà ! sans perdre de temps en recherche complémentaire, le lecteur confortera avec rapidité ses chances de réussite à un niveau supérieur. les auditeurs de formation continue, les étudiants de bts, iut, licence et maîtrise eea, des classes préparatoires aux grandes écoles, les élèves-ingénieurs, et même les personnels en activité, en tireront le meilleur parti. ce livre est organisé en dix thèmes qui recouvrent le programme ordinaire de la spécialité : thème 1 : machine à courant continu. thème 2 : machine asynchrone. thème 3 : transformateur monophasé. thème 4 : redressement. thème 5 : hacheurs et ondulateurs. thème 6 : diodes et transistors. thème 7 : amplificateur opérationnel. thème 8 : filtrage. thème 9 : asservissements. thème 10 : electronique numérique. chaque thème comprend quatre parties qui cernent de près les difficultés d'ordre théorique, calculatoire et expérimental : fiches de connaissances (fc). travaux dirigés (td). travaux de développement (tdev). travaux pratiques (tp). il y a de nombreuses simulations. de rédaction simple, l'idée essentielle du manuel est de permettre à chacun d'atteindre le but qu'il s'est fixé, tout en déterminant librement sa stratégie de travail. en ce sens, il aide parfaitement à la préparation d'examens, concours et entretiens techniques.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