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de génie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François, Christophe/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9782729838447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l’électronique de puissance/ électronique analogique/ </w:t>
            </w:r>
          </w:p>
        </w:tc>
      </w:tr>
    </w:tbl>
    <w:p>
      <w:pPr>
        <w:pStyle w:val="Heading3"/>
      </w:pPr>
      <w:r>
        <w:t>Résumé :</w:t>
      </w:r>
    </w:p>
    <w:p>
      <w:r>
        <w:t>Le Mémento de génie électrique présente de manière synthétique et claire l’ensemble des connaissances essentielles en électronique analogique et numérique, en électronique de puissance, en électrotechnique et en automatique. Il offre un panorama complet des principes, composants, montages et systèmes utilisés en génie électrique, tout en abordant les méthodes d’analyse, de commande et de conversion de l’énergie électrique. Cet ouvrage constitue un outil de référence pratique pour les étudiants, techniciens et ingénieurs souhaitant disposer d’un rappel rapide et structuré des notions fondamentales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