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théorie de l'évolution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David, Patrice/ Sarah Samadi/ </w:t>
            </w:r>
          </w:p>
        </w:tc>
      </w:tr>
      <w:tr>
        <w:trPr>
          <w:trHeight w:val="567"/>
        </w:trPr>
        <w:tc>
          <w:tcPr>
            <w:tcW w:type="dxa" w:w="3000"/>
          </w:tcPr>
          <w:p>
            <w:r>
              <w:t>Adresse bib.</w:t>
            </w:r>
          </w:p>
        </w:tc>
        <w:tc>
          <w:tcPr>
            <w:tcW w:type="dxa" w:w="7000"/>
          </w:tcPr>
          <w:p>
            <w:r>
              <w:t xml:space="preserve">Flammarion/ </w:t>
            </w:r>
          </w:p>
        </w:tc>
      </w:tr>
      <w:tr>
        <w:trPr>
          <w:trHeight w:val="567"/>
        </w:trPr>
        <w:tc>
          <w:tcPr>
            <w:tcW w:type="dxa" w:w="3000"/>
          </w:tcPr>
          <w:p>
            <w:r>
              <w:t>Nombre de Pages</w:t>
            </w:r>
          </w:p>
        </w:tc>
        <w:tc>
          <w:tcPr>
            <w:tcW w:type="dxa" w:w="7000"/>
          </w:tcPr>
          <w:p>
            <w:r>
              <w:t>354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18 cm</w:t>
            </w:r>
          </w:p>
        </w:tc>
      </w:tr>
      <w:tr>
        <w:trPr>
          <w:trHeight w:val="567"/>
        </w:trPr>
        <w:tc>
          <w:tcPr>
            <w:tcW w:type="dxa" w:w="3000"/>
          </w:tcPr>
          <w:p>
            <w:r>
              <w:t>Collection</w:t>
            </w:r>
          </w:p>
        </w:tc>
        <w:tc>
          <w:tcPr>
            <w:tcW w:type="dxa" w:w="7000"/>
          </w:tcPr>
          <w:p>
            <w:r>
              <w:t>Champs.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9782081265974</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évolution biologie/ </w:t>
            </w:r>
          </w:p>
        </w:tc>
      </w:tr>
    </w:tbl>
    <w:p>
      <w:pPr>
        <w:pStyle w:val="Heading3"/>
      </w:pPr>
      <w:r>
        <w:t>Résumé :</w:t>
      </w:r>
    </w:p>
    <w:p>
      <w:r>
        <w:t>La théorie de l'évolution À la fois récit historique et explication du monde vivant, la théorie de l'évolution répond à des questions fondamentales et transforme en permanence notre vision du monde. Qu'est-ce que les êtres vivants ont en commun ? Pourquoi ont-ils l'air à la fois bien conçus et imparfaits ? Pourquoi le sexe est-il le mode de reproduction le plus agréable mais le moins efficace ? Comment comprendre l'apparition incessante de nouveaux virus, et la perte d'efficacité de nos médicaments ? Quelles guerres silencieuses ont lieu dans notre ADN ? Dans ce livre, Patrice David et Sarah Samedi initient le lecteur aux fondements logiques de la théorie de l'évolution. Ils montrent comment les arguments nés avec Darwin ont accompagné et englobé les progrès ultérieurs de la génétique, de la biologie moléculaire, de l'embryologie et de l'écologie, au point qu'ils constituent aujourd'hui le socle conceptuel de toute la biologie.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