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Tirard, Claire/ Barbault, Robert/ Abbadie, Luc/ Loeuille,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149-154.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9782100574582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>
      <w:r>
        <w:t>Le **Mini manuel d'écologie : cours + QCM-QROC** est un ouvrage synthétique conçu pour offrir une introduction claire et concise aux principes fondamentaux de l'écologie. Destiné aux étudiants et passionnés, il couvre les notions clés liées aux écosystèmes, à la biodiversité, aux interactions entre les organismes et leur environnement, ainsi qu’aux enjeux actuels liés à la conservation et au développement durable. Le manuel propose une partie cours structurée pour faciliter la compréhension, accompagnée de questions à choix multiples (QCM) et de questions ouvertes à réponse courte (QROC) permettant de tester les connaissances et d’approfondir les réflexions.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