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et corrigés de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Beugniez, Michel/ Williot, Jean-Luc/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2729847995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électricité/ </w:t>
            </w:r>
          </w:p>
        </w:tc>
      </w:tr>
    </w:tbl>
    <w:p>
      <w:pPr>
        <w:pStyle w:val="Heading3"/>
      </w:pPr>
      <w:r>
        <w:t>Résumé :</w:t>
      </w:r>
    </w:p>
    <w:p>
      <w:r>
        <w:t>Les Problèmes et corrigés de Génie électrique constituent la suite logique et complémentaire du Manuel de Génie électrique publié aux mêmes éditions. Cet ensemble cohérent est destiné à ceux qui désirent approfondir leurs connaissances et réussir à un niveau supérieur. Les auditeurs de formation continue et autodidactes, les étudiants en STS, IUT, IUP, licence et maîtrise EEA, classes préparatoires aux grandes écoles, élèves ingénieurs, et même les personnels en cours de réorientation, apprécieront de pouvoir accéder à un éventail abordable et attirant de problèmes et corrigés d'examens et concours. - Ce livre est organisé en huit séries : - sept séries abordent des thèmes intéressants tels que magnétisme-transformateur et moteur en comportement équilibré ou non - alimentations à découpage - divers oscillateurs - asservissements linéaires et numériques - capteurs à jauge et à réluctance - circuits linéaires et non linéaires à AOP - circuits en HF ; - une série entière est consacrée à deux sujets complets de concours et à leurs travaux pratiques. - Les calculs sont entièrement détaillés et accompagnés de schémas équivalents. - Il y a de nombreuses simulations et chronogrammes. - La rédaction simple et la structure de l'ouvrage permettent au lecteur d'aboutir efficacement et rapidement à la solution qu'il recherche tout en respectant sa stratégie personnelle. C'est un outil de travail indispensable à toute préparation d'examens, concours et entretiens.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