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Appareillages et installations électriques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Senicourt, Jacques Marie/ </w:t>
            </w:r>
          </w:p>
        </w:tc>
      </w:tr>
      <w:tr>
        <w:trPr>
          <w:trHeight w:val="567"/>
        </w:trPr>
        <w:tc>
          <w:tcPr>
            <w:tcW w:type="dxa" w:w="3000"/>
          </w:tcPr>
          <w:p>
            <w:r>
              <w:t>Adresse bib.</w:t>
            </w:r>
          </w:p>
        </w:tc>
        <w:tc>
          <w:tcPr>
            <w:tcW w:type="dxa" w:w="7000"/>
          </w:tcPr>
          <w:p>
            <w:r>
              <w:t xml:space="preserve">L'usine nouvelle/ </w:t>
            </w:r>
          </w:p>
        </w:tc>
      </w:tr>
      <w:tr>
        <w:trPr>
          <w:trHeight w:val="567"/>
        </w:trPr>
        <w:tc>
          <w:tcPr>
            <w:tcW w:type="dxa" w:w="3000"/>
          </w:tcPr>
          <w:p>
            <w:r>
              <w:t>Nombre de Pages</w:t>
            </w:r>
          </w:p>
        </w:tc>
        <w:tc>
          <w:tcPr>
            <w:tcW w:type="dxa" w:w="7000"/>
          </w:tcPr>
          <w:p>
            <w:r>
              <w:t>XIII-336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 p.p. 331-336</w:t>
            </w:r>
          </w:p>
        </w:tc>
      </w:tr>
      <w:tr>
        <w:trPr>
          <w:trHeight w:val="567"/>
        </w:trPr>
        <w:tc>
          <w:tcPr>
            <w:tcW w:type="dxa" w:w="3000"/>
          </w:tcPr>
          <w:p>
            <w:r>
              <w:t>Numéro d'Identification</w:t>
            </w:r>
          </w:p>
        </w:tc>
        <w:tc>
          <w:tcPr>
            <w:tcW w:type="dxa" w:w="7000"/>
          </w:tcPr>
          <w:p>
            <w:r>
              <w:t>9782100512478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appareil électrique/ équipement électrique/ </w:t>
            </w:r>
          </w:p>
        </w:tc>
      </w:tr>
    </w:tbl>
    <w:p>
      <w:pPr>
        <w:pStyle w:val="Heading3"/>
      </w:pPr>
      <w:r>
        <w:t>Résumé :</w:t>
      </w:r>
    </w:p>
    <w:p>
      <w:r>
        <w:t>Lors de la conception des installations électriques , la rédaction des cahiers des charges et la consultation des catalogues constructeurs ainsi que les opérations d'expertise nécessitent une connaissance précise des spécificités techniques et des modes de fonctionnement de chaque type de matériels, ainsi que leurs interactions.</w:t>
        <w:br/>
        <w:br/>
        <w:t>Cet ouvrage vous permet de définir au mieux les conditions d' exploitation , de protection et d' entretien des appareillages, des installations et des tableaux électriques industriels, en fonction de la normalisation en vigueur.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