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Biologie moléculaire et génétique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Beaumont, Simon/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4e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Ediscience/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9782100748815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céllulaire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571.6/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Biologie moleculaire/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destiné aux étudiants en première année commune aux études de santé (PACES).</w:t>
        <w:br/>
        <w:br/>
        <w:t>Il est conçu pour aider à assimiler le cours de Biologie moléculaire et génétique et à bien préparer les concours.</w:t>
        <w:br/>
        <w:br/>
        <w:br/>
        <w:br/>
        <w:t>Un cours complet</w:t>
        <w:br/>
        <w:br/>
        <w:t>• Toutes les notions du programme,</w:t>
        <w:br/>
        <w:br/>
        <w:t>• De nombreuses illustrations, des exemples et des remarques pédagogiques,</w:t>
        <w:br/>
        <w:br/>
        <w:t>• Des conseils pour éviter les pièges les plus fréquents,</w:t>
        <w:br/>
        <w:br/>
        <w:t>• Pour chaque chapitre une synthèse des savoirs à connaître.</w:t>
        <w:br/>
        <w:br/>
        <w:br/>
        <w:br/>
        <w:t>Un entraînement aux concours</w:t>
        <w:br/>
        <w:br/>
        <w:t>• A la fin de chaque chapitre, des QCM extraits d’annales de concours.</w:t>
        <w:br/>
        <w:br/>
        <w:t>• Des corrigés détaillés et commentés pour travailler en parfaite autonomie.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