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générale et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Bretonnet, Jean-Louis/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9782729838683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systèmes thermodynamiques/ cycles thermodynamiques/ </w:t>
            </w:r>
          </w:p>
        </w:tc>
      </w:tr>
    </w:tbl>
    <w:p>
      <w:pPr>
        <w:pStyle w:val="Heading3"/>
      </w:pPr>
      <w:r>
        <w:t>Résumé :</w:t>
      </w:r>
    </w:p>
    <w:p>
      <w:r>
        <w:t>Thermodynamique générale et appliquée  de Jean-Louis Bretonnet est un ouvrage qui présente les principes fondamentaux de la thermodynamique tout en mettant l’accent sur leurs applications pratiques dans divers domaines, tels que l’ingénierie, la chimie et la physique. Le livre aborde les concepts de chaleur, de travail, d’énergie et d’équilibre thermodynamique, ainsi que les différentes lois qui régissent ces phénomènes. Il se penche également sur des systèmes thermodynamiques spécifiques, des cycles thermodynamiques, et les applications industrielles qui en découlent, comme les machines thermiques et les processus de transformation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