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biologie de l'évolution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Mayr, Ernst/ Jacob, François/ Guy, Yves/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VII-175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2705614001</w:t>
            </w:r>
          </w:p>
        </w:tc>
      </w:tr>
      <w:tr>
        <w:trPr>
          <w:trHeight w:val="567"/>
        </w:trPr>
        <w:tc>
          <w:tcPr>
            <w:tcW w:type="dxa" w:w="3000"/>
          </w:tcPr>
          <w:p>
            <w:r>
              <w:t>Thème</w:t>
            </w:r>
          </w:p>
        </w:tc>
        <w:tc>
          <w:tcPr>
            <w:tcW w:type="dxa" w:w="7000"/>
          </w:tcPr>
          <w:p>
            <w:r>
              <w:t>Biologie</w:t>
            </w:r>
          </w:p>
        </w:tc>
      </w:tr>
      <w:tr>
        <w:trPr>
          <w:trHeight w:val="567"/>
        </w:trPr>
        <w:tc>
          <w:tcPr>
            <w:tcW w:type="dxa" w:w="3000"/>
          </w:tcPr>
          <w:p>
            <w:r>
              <w:t>Classification(s)</w:t>
            </w:r>
          </w:p>
        </w:tc>
        <w:tc>
          <w:tcPr>
            <w:tcW w:type="dxa" w:w="7000"/>
          </w:tcPr>
          <w:p>
            <w:r>
              <w:t xml:space="preserve">Biologie générale, sciences de la vie/ </w:t>
            </w:r>
          </w:p>
        </w:tc>
      </w:tr>
      <w:tr>
        <w:trPr>
          <w:trHeight w:val="567"/>
        </w:trPr>
        <w:tc>
          <w:tcPr>
            <w:tcW w:type="dxa" w:w="3000"/>
          </w:tcPr>
          <w:p>
            <w:r>
              <w:t>Sujet(s)</w:t>
            </w:r>
          </w:p>
        </w:tc>
        <w:tc>
          <w:tcPr>
            <w:tcW w:type="dxa" w:w="7000"/>
          </w:tcPr>
          <w:p>
            <w:r>
              <w:t xml:space="preserve">évolution biologie/ </w:t>
            </w:r>
          </w:p>
        </w:tc>
      </w:tr>
    </w:tbl>
    <w:p>
      <w:pPr>
        <w:pStyle w:val="Heading3"/>
      </w:pPr>
      <w:r>
        <w:t>Résumé :</w:t>
      </w:r>
    </w:p>
    <w:p>
      <w:r>
        <w:t>Ce livre expose les fondements de la pensée évolutive moderne et retrace la construction de la théorie de l’évolution biologique. Ernst Mayr explique comment la sélection naturelle, la variation génétique et l’isolement des populations conduisent à la formation de nouvelles espèces. Il met en lumière la distinction entre l’évolution des gènes et celle des organismes, tout en insistant sur le rôle de la biologie dans la compréhension du vivant comme un processus historique. L’auteur souligne aussi les contributions de la biologie de l’évolution à la philosophie des sciences et à la compréhension de la diversité du monde vivant.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