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Enzymologie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Viratelle, 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 Enzymologie  Travaux dirigés propose une approche pratique de l’étude des enzymes à travers des exercices, des problèmes corrigés et des applications expérimentales. Il vise à approfondir la compréhension des mécanismes enzymatiques, de la cinétique enzymatique et des méthodes d’analyse, tout en reliant la théorie aux situations concrètes rencontrées en biochimie et en biologie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