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Vauchelles, Marguerite/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agrégation de sciences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bouclé/ filtre anti-rumble/ </w:t>
            </w:r>
          </w:p>
        </w:tc>
      </w:tr>
    </w:tbl>
    <w:p>
      <w:pPr>
        <w:pStyle w:val="Heading3"/>
      </w:pPr>
      <w:r>
        <w:t>Résumé :</w:t>
      </w:r>
    </w:p>
    <w:p>
      <w:r>
        <w:t>Le livre  Travaux pratiques d’électronique  présente une série d’expériences et de montages concrets permettant d’appliquer les principes fondamentaux de l’électronique analogique et numérique. Il aide l’étudiant à comprendre le fonctionnement réel des composants électroniques (diodes, transistors, amplificateurs, circuits logiques, etc.) à travers des manipulations guidées, des mesures et des analyses de résultats. Cet ouvrage favorise l’apprentissage par la pratique, reliant la théorie aux applications expérimentales en laboratoire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