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Lehninger, Albert L/ Kamoun,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2257150155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biochimie/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 **fondements de la biochimie**, la science qui expliqueles mécanismes chimiques à la base de la vie</w:t>
        <w:br/>
        <w:br/>
        <w:t>Il décrit la **structure, les propriétés et les fonctions** des molécules biologiques (protéines, glucides, lipides, acides nucléiques), ainsi que les principaux processus métaboliques** qui produisent et utilisent l’énergie dans les cellules.</w:t>
        <w:br/>
        <w:br/>
        <w:t>Il explique aussi le rôle des enzymesla régulation du métabolisme et les mécanismes de l’information génétique** (ADN, ARN, synthèse des protéines).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