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Agati, Pierre/ Mattera, Nicolas/ </w:t>
            </w:r>
          </w:p>
        </w:tc>
      </w:tr>
      <w:tr>
        <w:trPr>
          <w:trHeight w:val="567"/>
        </w:trPr>
        <w:tc>
          <w:tcPr>
            <w:tcW w:type="dxa" w:w="3000"/>
          </w:tcPr>
          <w:p>
            <w:r>
              <w:t>Adresse bib.</w:t>
            </w:r>
          </w:p>
        </w:tc>
        <w:tc>
          <w:tcPr>
            <w:tcW w:type="dxa" w:w="7000"/>
          </w:tcPr>
          <w:p>
            <w:r>
              <w:t xml:space="preserve">Technique et vulgarisation/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9782040158071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propriétés mécaniques/ applications pratiques/ </w:t>
            </w:r>
          </w:p>
        </w:tc>
      </w:tr>
    </w:tbl>
    <w:p>
      <w:pPr>
        <w:pStyle w:val="Heading3"/>
      </w:pPr>
      <w:r>
        <w:t>Résumé :</w:t>
      </w:r>
    </w:p>
    <w:p>
      <w:r>
        <w:t>Cet livre est spécialement conçu pour les élèves de terminale F (filère scientifique) et aborde les concepts fondamentaux de la mécanique. Les auteurs, Pierre Agati et Nicolas Mattera, présentent les principes de la mécanique de manière claire et structurée, en intégrant des éléments théoriques et des applications pratiques. Le livre inclut des exemples, des exercices et des problèmes corrigés pour aider les étudiants à consolider leur compréhension des lois de la mécanique, que ce soit en cinématique, dynamique ou dans le domaine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