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des réseaux et sytèmes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Feldmann, Michel/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370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technique et scientifique des télécommunications(N°:None)</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régime transitoire/ équivalence de réseau/ </w:t>
            </w:r>
          </w:p>
        </w:tc>
      </w:tr>
    </w:tbl>
    <w:p>
      <w:pPr>
        <w:pStyle w:val="Heading3"/>
      </w:pPr>
      <w:r>
        <w:t>Résumé :</w:t>
      </w:r>
    </w:p>
    <w:p>
      <w:r>
        <w:t>La théorie des réseaux et systèmes linéaires étudie le comportement des circuits électriques et des systèmes dynamiques en appliquant les lois fondamentales de l’électricité et les outils mathématiques de l’analyse linéaire. Elle permet de modéliser, analyser et concevoir des réseaux à partir d’équations différentielles, de fonctions de transfert et de réponses fréquentielles, tout en mettant en évidence les notions de stabilité, de filtrage et de rétroaction dans les 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