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 Philippe/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2009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404-409</w:t>
            </w:r>
          </w:p>
        </w:tc>
      </w:tr>
      <w:tr>
        <w:trPr>
          <w:trHeight w:val="567"/>
        </w:trPr>
        <w:tc>
          <w:tcPr>
            <w:tcW w:type="dxa" w:w="3000"/>
          </w:tcPr>
          <w:p>
            <w:r>
              <w:t>Numéro d'Identification</w:t>
            </w:r>
          </w:p>
        </w:tc>
        <w:tc>
          <w:tcPr>
            <w:tcW w:type="dxa" w:w="7000"/>
          </w:tcPr>
          <w:p>
            <w:r>
              <w:t>9782880748296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cinématique/ dynamique/ </w:t>
            </w:r>
          </w:p>
        </w:tc>
      </w:tr>
    </w:tbl>
    <w:p>
      <w:pPr>
        <w:pStyle w:val="Heading3"/>
      </w:pPr>
      <w:r>
        <w:t>Résumé :</w:t>
      </w:r>
    </w:p>
    <w:p>
      <w:r>
        <w:t>Cet livre “Mécanique” de Jean-Philippe Ansermet est une introduction approfondie aux principes fondamentaux de la mécanique, tant classique que moderne. L’ouvrage couvre une variété de sujets, allant de la cinématique et de la dynamique à la mécanique des fluides et des solides. Ansermet présente les concepts de manière claire et accessible, en intégrant des exemples pratiques et des applications pour illustrer les théories. Ce livre est destiné aux étudiants en sciences et en ingénierie, ainsi qu’à toute personne souhaitant approfondir sa compréhension des lois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