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[quinze] 15 sujets de sciences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Denis, Bernard/ Plumet, Daniel/ </w:t>
            </w:r>
          </w:p>
        </w:tc>
      </w:tr>
      <w:tr>
        <w:trPr>
          <w:trHeight w:val="567"/>
        </w:trPr>
        <w:tc>
          <w:tcPr>
            <w:tcW w:type="dxa" w:w="3000"/>
          </w:tcPr>
          <w:p>
            <w:r>
              <w:t>Adresse bib.</w:t>
            </w:r>
          </w:p>
        </w:tc>
        <w:tc>
          <w:tcPr>
            <w:tcW w:type="dxa" w:w="7000"/>
          </w:tcPr>
          <w:p>
            <w:r>
              <w:t xml:space="preserve">TEMPES/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2904316701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Sciences biologiques/ </w:t>
            </w:r>
          </w:p>
        </w:tc>
      </w:tr>
    </w:tbl>
    <w:p>
      <w:pPr>
        <w:pStyle w:val="Heading3"/>
      </w:pPr>
      <w:r>
        <w:t>Résumé :</w:t>
      </w:r>
    </w:p>
    <w:p>
      <w:r>
        <w:t>Cet ouvrage veut aider les futurs Professeurs des Ecoles à réussir l'épreuve de sciences au C.R.P.E. Outre la maîtrise de connaissances étendues, l'épreuve nécessite des capacités d'adaptation, d'organisation, d'analyse et de synthèse afin de tirer le meilleur parti d'un ensemble documentaire qui permettra de construire des séances de classe convaincantes. Trois professeurs d'IUFM expérimentés ont rédigé et commenté - en sciences physiques, en sciences biologiques et en Technologie - 15 sujets de concours complets donnés dans 7 Académies, élaboré une quinzaine de fiches-connaissances et une méthode, afin de fournir aux candidats des atouts majeurs pour préparer et réussir cette épreuve de concours jugée difficile.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