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 domestique/ installation électrique (intérieure)/ </w:t>
            </w:r>
          </w:p>
        </w:tc>
      </w:tr>
    </w:tbl>
    <w:p>
      <w:pPr>
        <w:pStyle w:val="Heading3"/>
      </w:pPr>
      <w:r>
        <w:t>Résumé :</w:t>
      </w:r>
    </w:p>
    <w:p>
      <w:r>
        <w:t>Prises de terre, disjoncteurs, parafoudre, commandes à distance, domotique, surveillance, normes de sécurité... quels sont les différents appareillages classiques de l'installation domestique ? quels sont les risques liés à l'électricité, les règles et les normes de sécurité à respecter ? comment rendre votre habitation « communicante » et « intelligente » ?</w:t>
        <w:br/>
        <w:br/>
        <w:t>véritable boîte à outils du particulier et de l'électricien, électricité domestique répond à toutes vos questions, en traitant aussi bien des aspects pratiques et matériels, que réglementaires. Sa troisième édition, entièrement mise à jour, rend compte notamment des évolutions de la norme UTE NF C 15-100 et des recommandations promotelec en vigueur, ainsi que des progrès réalisés en domotique (commande par courant porteur, « Wi-Fi », technologies Intel...).</w:t>
        <w:br/>
        <w:br/>
        <w:t>électricité domestique est le compagnon idéal de toute personne désirant s'informer, réaliser son installation électrique ou la rénover, en toute sécurité et en toute simplicité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