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Chateigner, Guy/ Bouix, Daniel/ Bouix, Daniel/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 Aide-mémoire(N°:None)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2100484141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Electronique de commande/ électronique de puissance/ </w:t>
            </w:r>
          </w:p>
        </w:tc>
      </w:tr>
    </w:tbl>
    <w:p>
      <w:pPr>
        <w:pStyle w:val="Heading3"/>
      </w:pPr>
      <w:r>
        <w:t>Résumé :</w:t>
      </w:r>
    </w:p>
    <w:p>
      <w:r>
        <w:t>Cette nouvelle édition, entièrement révisée et complétée, rassemble les connaissances de base du secteur industriel dans le domaine de l'électricité, de l'électronique et de l'électrotechnique. Destiné aux lycéens et étudiants des formations technologiques et professionnelles ainsi qu'aux professionnels en activité, il a été conçu comme un complément aux ouvrages du domaine. Seules des connaissances de base en mathématiques sont nécessaires à sa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