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électriques et installateurs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l'histoire de l'électricité en France/ </w:t>
            </w:r>
          </w:p>
        </w:tc>
      </w:tr>
      <w:tr>
        <w:trPr>
          <w:trHeight w:val="567"/>
        </w:trPr>
        <w:tc>
          <w:tcPr>
            <w:tcW w:type="dxa" w:w="3000"/>
          </w:tcPr>
          <w:p>
            <w:r>
              <w:t>Adresse bib.</w:t>
            </w:r>
          </w:p>
        </w:tc>
        <w:tc>
          <w:tcPr>
            <w:tcW w:type="dxa" w:w="7000"/>
          </w:tcPr>
          <w:p>
            <w:r>
              <w:t xml:space="preserve">Association pour l'histoire de l'électricité en France/ </w:t>
            </w:r>
          </w:p>
        </w:tc>
      </w:tr>
      <w:tr>
        <w:trPr>
          <w:trHeight w:val="567"/>
        </w:trPr>
        <w:tc>
          <w:tcPr>
            <w:tcW w:type="dxa" w:w="3000"/>
          </w:tcPr>
          <w:p>
            <w:r>
              <w:t>Nombre de Pages</w:t>
            </w:r>
          </w:p>
        </w:tc>
        <w:tc>
          <w:tcPr>
            <w:tcW w:type="dxa" w:w="7000"/>
          </w:tcPr>
          <w:p>
            <w:r>
              <w:t>406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Histoire de l'électricité de France(N°:None)</w:t>
            </w:r>
          </w:p>
        </w:tc>
      </w:tr>
      <w:tr>
        <w:trPr>
          <w:trHeight w:val="567"/>
        </w:trPr>
        <w:tc>
          <w:tcPr>
            <w:tcW w:type="dxa" w:w="3000"/>
          </w:tcPr>
          <w:p>
            <w:r>
              <w:t>Numéro d'Identification</w:t>
            </w:r>
          </w:p>
        </w:tc>
        <w:tc>
          <w:tcPr>
            <w:tcW w:type="dxa" w:w="7000"/>
          </w:tcPr>
          <w:p>
            <w:r>
              <w:t>2905821124</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de l’électricité/ distribution électrique/ </w:t>
            </w:r>
          </w:p>
        </w:tc>
      </w:tr>
    </w:tbl>
    <w:p>
      <w:pPr>
        <w:pStyle w:val="Heading3"/>
      </w:pPr>
      <w:r>
        <w:t>Résumé :</w:t>
      </w:r>
    </w:p>
    <w:p>
      <w:r>
        <w:t>Le livre « réseaux électriques et installateurs » est la publication des actes du 8e colloque de l'association pour l'histoire de l'électricité en france (ahef), qui s'est tenu à paris du 14 au 16 octobre 1992. publié en couverture souple (broché) en 1995 par les presses universitaires de france (diffusion), l'ouvrage aborde le sujet des réseaux électriques et des installateurs.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