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Rifflet, Jean-Marie/ Yunés, Jean Baptiste/ </w:t>
            </w:r>
          </w:p>
        </w:tc>
      </w:tr>
      <w:tr>
        <w:trPr>
          <w:trHeight w:val="567"/>
        </w:trPr>
        <w:tc>
          <w:tcPr>
            <w:tcW w:type="dxa" w:w="3000"/>
          </w:tcPr>
          <w:p>
            <w:r>
              <w:t>Edition</w:t>
            </w:r>
          </w:p>
        </w:tc>
        <w:tc>
          <w:tcPr>
            <w:tcW w:type="dxa" w:w="7000"/>
          </w:tcPr>
          <w:p>
            <w:r>
              <w:t>3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774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InfoPro(N°:None)</w:t>
            </w:r>
          </w:p>
        </w:tc>
      </w:tr>
      <w:tr>
        <w:trPr>
          <w:trHeight w:val="567"/>
        </w:trPr>
        <w:tc>
          <w:tcPr>
            <w:tcW w:type="dxa" w:w="3000"/>
          </w:tcPr>
          <w:p>
            <w:r>
              <w:t>Notes Générales</w:t>
            </w:r>
          </w:p>
        </w:tc>
        <w:tc>
          <w:tcPr>
            <w:tcW w:type="dxa" w:w="7000"/>
          </w:tcPr>
          <w:p>
            <w:r>
              <w:t>Bibliogr. p. 745-748. Index</w:t>
            </w:r>
          </w:p>
        </w:tc>
      </w:tr>
      <w:tr>
        <w:trPr>
          <w:trHeight w:val="567"/>
        </w:trPr>
        <w:tc>
          <w:tcPr>
            <w:tcW w:type="dxa" w:w="3000"/>
          </w:tcPr>
          <w:p>
            <w:r>
              <w:t>Numéro d'Identification</w:t>
            </w:r>
          </w:p>
        </w:tc>
        <w:tc>
          <w:tcPr>
            <w:tcW w:type="dxa" w:w="7000"/>
          </w:tcPr>
          <w:p>
            <w:r>
              <w:t>2100079662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système Unix/ </w:t>
            </w:r>
          </w:p>
        </w:tc>
      </w:tr>
    </w:tbl>
    <w:p>
      <w:pPr>
        <w:pStyle w:val="Heading3"/>
      </w:pPr>
      <w:r>
        <w:t>Résumé :</w:t>
      </w:r>
    </w:p>
    <w:p>
      <w:r>
        <w:t>Ce livre propose une introduction méthodique et progressive aux principes et commandes du système Unix. Il démarre par les notions de base : distribution, structure du système, connections, puis examine la gestion des fichiers et des systèmes de fichiers. Il introduit les éditeurs de texte usuels (notamment vi), les processus et mécanismes fondamentaux (fork, exec, signaux). Le livre décrit l’usage du shell en mode interactif (personnalisation, alias, historique), puis présente un grand nombre de commandes essentielles (fichiers, filtres, sauvegardes). Il traite aussi des commandes réseau et de l’interface graphique, et consacre une partie à la programmation shell et aux scripts. Enfin, il intègre une introduction à Perl comme outil complémentaire dans l’environnement Unix.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