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Apprenez la mesure des circuits électroniques : analogiques et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Zantis, Franz Peter/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Publitronic compact(N°:None)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2866610482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de tension/ mesure de l'intensité du champ/ </w:t>
            </w:r>
          </w:p>
        </w:tc>
      </w:tr>
    </w:tbl>
    <w:p>
      <w:pPr>
        <w:pStyle w:val="Heading3"/>
      </w:pPr>
      <w:r>
        <w:t>Résumé :</w:t>
      </w:r>
    </w:p>
    <w:p>
      <w:r>
        <w:t>Le livre  Apprenez la mesure des circuits électroniques : analogiques et numériques  explique de manière progressive les principes, les méthodes et les instruments utilisés pour mesurer et analyser les signaux dans les circuits électroniques. Il aborde les techniques de mesure des grandeurs électriques fondamentales (tension, courant, résistance, puissance), l’utilisation des oscilloscopes et multimètres, ainsi que les méthodes spécifiques aux circuits analogiques et numériques. L’ouvrage met l’accent sur la précision, l’interprétation des résultats et la compréhension pratique des phénomènes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