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production du pigeon de chair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France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2855570174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Colombiculture/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**référence francophone** sur l’élevage du pigeon de chair, aussi appelé *pigeon de production* ou *pigeon de rapport*. Bernard Lardeux, ingénieur agronome et spécialiste de l’aviculture, y rassemble toutes les connaissances techniques nécessaires pour **créer, gérer et rentabiliser un élevage de pigeons de chair**.</w:t>
        <w:br/>
        <w:br/>
        <w:t>Le livre s’appuie sur des années d’expérience de terrain, de données expérimentales et d’observations d’éleveurs professionnels. Il aborde à la fois les aspects **biologiques**, **techniques**, **économiques** et **sanitaires** de la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