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Birglen,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391-400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9782100728503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mécatronique/ traitements du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principalement aux étudiants des licences orientées sciences de l'ingénieur ou électronique, à ceux des iut (gmp, geii, mesures physiques...) et aux élèves des écoles d'ingénieurs.</w:t>
        <w:br/>
        <w:br/>
        <w:t>la mécatronique est un domaine dont le développement est lié à l'arrivée massive de l'électronique dans les produits de tous les jours comme dans les outils industriels sophistiqués. elle requiert un champ de compétences qui couvre de nombreux domaines.</w:t>
        <w:br/>
        <w:br/>
        <w:t>l'objectif de cet ouvrage est de rassembler toutes les connaissances de base en mécatronique. il est construit en cinq parties :</w:t>
        <w:br/>
        <w:br/>
        <w:t>•</w:t>
        <w:tab/>
        <w:t>introduction générale à la mécatronique,</w:t>
        <w:br/>
        <w:br/>
        <w:t>•</w:t>
        <w:tab/>
        <w:t>l'électronique et le traitement du signal,</w:t>
        <w:br/>
        <w:br/>
        <w:t>•</w:t>
        <w:tab/>
        <w:t>les capteurs,</w:t>
        <w:br/>
        <w:br/>
        <w:t>•</w:t>
        <w:tab/>
        <w:t>les actionneurs,</w:t>
        <w:br/>
        <w:br/>
        <w:t>•</w:t>
        <w:tab/>
        <w:t>les microprocesseurs, microcontrôleurs et dsp.</w:t>
        <w:br/>
        <w:br/>
        <w:t>le cours est complété par 30 exercices, tous corrigés en détail.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