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Plas, Christian/ M. Charrin/ J. Allay/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VII-260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2704010811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diagnostic biologique/ </w:t>
            </w:r>
          </w:p>
        </w:tc>
      </w:tr>
    </w:tbl>
    <w:p>
      <w:pPr>
        <w:pStyle w:val="Heading3"/>
      </w:pPr>
      <w:r>
        <w:t>Résumé :</w:t>
      </w:r>
    </w:p>
    <w:p>
      <w:r>
        <w:t>Cet ouvrage couvre l'ensemble des disciplines scientifiques de l'examen du BTS Analyses biologiques : mathématiques, physique et chimie, biochimie, biologie humaine, microbiologie, virologie, immunologie, hématologie, histologie, parasitologie. Les sujets de 1995 à 2000 sont présentés et corrigés. Les corrections sont détaillées et les explications font souvent l'objet de rappels non exigés des candidats lors de l'examen. Cet ouvrage permet ainsi aux étudiants de réviser tous les points du programme et de se préparer efficacement à l'examen. Il est destiné aux étudiants préparant le BTS Analyses biologiques et à ceux préparant le DUT Biologie appliquée, option Analyses biologiques et biochimiques, ou le DETAB.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