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physiologie cellulaires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Berkaloff, André/ Bourguet, Jacques/ Favard, Pièrre/ Jean-Claude, Lacroix/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l'architecture moléculaire/ constituant cellulaire/ verus/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organites qui composent une cellule et en décrit le fonctionnement. La configuration des molécules et leur arrangement en édifices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