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307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Elektor (Périodique)/ Raedersdorf, Guy/ </w:t>
            </w:r>
          </w:p>
        </w:tc>
      </w:tr>
      <w:tr>
        <w:trPr>
          <w:trHeight w:val="567"/>
        </w:trPr>
        <w:tc>
          <w:tcPr>
            <w:tcW w:type="dxa" w:w="3000"/>
          </w:tcPr>
          <w:p>
            <w:r>
              <w:t>Edition</w:t>
            </w:r>
          </w:p>
        </w:tc>
        <w:tc>
          <w:tcPr>
            <w:tcW w:type="dxa" w:w="7000"/>
          </w:tcPr>
          <w:p>
            <w:r>
              <w:t>2e tirage</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XII-379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2866611195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HF/ micro-informatique/ </w:t>
            </w:r>
          </w:p>
        </w:tc>
      </w:tr>
    </w:tbl>
    <w:p>
      <w:pPr>
        <w:pStyle w:val="Heading3"/>
      </w:pPr>
      <w:r>
        <w:t>Résumé :</w:t>
      </w:r>
    </w:p>
    <w:p>
      <w:r>
        <w:t>307 schémas d'électronique analogique, logique ou numérique, tous signés Elektor. Voici une mine d'idées, de trouvailles et d'astuces. Beaucoup sont présentés sous une forme assez élaborée, avec schéma détaillé, dessin de circuit imprimé, liste de composants complète et circuit imprimé... ces fameux dessins qui ont fait une grande partie de la réputation d'Elektor. Tous les domaines de prédilection de l'électronique sont abordés : audio, vidéo, auto, moto, vélo, maison, loisirs, HF, mesure, test, alimentation et micro-informatique. Comme ses prédécesseurs dans la série, le 307 circuits est un véritable vademecum de l'électronicien moderne, source inépuisable d'idées originales qui permettront à chacun d'élaborer à son tour des variantes. Ce recueil reprend les articles les plus intéressants des numéros doubles récents de la revue Elektor, publiés traditionnellement chaque année en été, et appelés numéros Hors-Gabarit, conformément à leur contenu exceptionnellement riche. Avec le 307 circuits le lecteur dispose en quelque sorte d'un concentré de tout le savoir-faire du laboratoire d'Elektor. À forte dose, pour ceux qui veulent tout et tout de suite, ou à petite dose pour ceux qui préfèrent faire durer le plaisir jusqu'à la parution du... 308 circuits.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