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cellulaire/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organites qui composent une cellule et en décrit le fonctionnement. La configuration des molécules et leur arrangement en édifices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