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Manufacturing Ideology</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Tsutsui, William M./ </w:t>
            </w:r>
          </w:p>
        </w:tc>
      </w:tr>
      <w:tr>
        <w:trPr>
          <w:trHeight w:val="567"/>
        </w:trPr>
        <w:tc>
          <w:tcPr>
            <w:tcW w:type="dxa" w:w="3000"/>
          </w:tcPr>
          <w:p>
            <w:r>
              <w:t>Adresse bib.</w:t>
            </w:r>
          </w:p>
        </w:tc>
        <w:tc>
          <w:tcPr>
            <w:tcW w:type="dxa" w:w="7000"/>
          </w:tcPr>
          <w:p>
            <w:r>
              <w:t xml:space="preserve">Princeton University Press/ </w:t>
            </w:r>
          </w:p>
        </w:tc>
      </w:tr>
      <w:tr>
        <w:trPr>
          <w:trHeight w:val="567"/>
        </w:trPr>
        <w:tc>
          <w:tcPr>
            <w:tcW w:type="dxa" w:w="3000"/>
          </w:tcPr>
          <w:p>
            <w:r>
              <w:t>Nombre de Pages</w:t>
            </w:r>
          </w:p>
        </w:tc>
        <w:tc>
          <w:tcPr>
            <w:tcW w:type="dxa" w:w="7000"/>
          </w:tcPr>
          <w:p>
            <w:r>
              <w:t>279 p.</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 9780691074566</w:t>
            </w:r>
          </w:p>
        </w:tc>
      </w:tr>
      <w:tr>
        <w:trPr>
          <w:trHeight w:val="567"/>
        </w:trPr>
        <w:tc>
          <w:tcPr>
            <w:tcW w:type="dxa" w:w="3000"/>
          </w:tcPr>
          <w:p>
            <w:r>
              <w:t>Thème</w:t>
            </w:r>
          </w:p>
        </w:tc>
        <w:tc>
          <w:tcPr>
            <w:tcW w:type="dxa" w:w="7000"/>
          </w:tcPr>
          <w:p>
            <w:r>
              <w:t>Gestion générale</w:t>
            </w:r>
          </w:p>
        </w:tc>
      </w:tr>
      <w:tr>
        <w:trPr>
          <w:trHeight w:val="567"/>
        </w:trPr>
        <w:tc>
          <w:tcPr>
            <w:tcW w:type="dxa" w:w="3000"/>
          </w:tcPr>
          <w:p>
            <w:r>
              <w:t>Classification(s)</w:t>
            </w:r>
          </w:p>
        </w:tc>
        <w:tc>
          <w:tcPr>
            <w:tcW w:type="dxa" w:w="7000"/>
          </w:tcPr>
          <w:p>
            <w:r>
              <w:t xml:space="preserve">Gestion générale/ </w:t>
            </w:r>
          </w:p>
        </w:tc>
      </w:tr>
      <w:tr>
        <w:trPr>
          <w:trHeight w:val="567"/>
        </w:trPr>
        <w:tc>
          <w:tcPr>
            <w:tcW w:type="dxa" w:w="3000"/>
          </w:tcPr>
          <w:p>
            <w:r>
              <w:t>Sujet(s)</w:t>
            </w:r>
          </w:p>
        </w:tc>
        <w:tc>
          <w:tcPr>
            <w:tcW w:type="dxa" w:w="7000"/>
          </w:tcPr>
          <w:p>
            <w:r>
              <w:t xml:space="preserve">scientific management/ industrial efficiency/ economic history/ </w:t>
            </w:r>
          </w:p>
        </w:tc>
      </w:tr>
    </w:tbl>
    <w:p>
      <w:pPr>
        <w:pStyle w:val="Heading3"/>
      </w:pPr>
      <w:r>
        <w:t>Résumé :</w:t>
      </w:r>
    </w:p>
    <w:p>
      <w:r>
        <w:t>Japanese industry is the envy of the world for its efficient and humane management practices. Yet, as William Tsutsui argues, the origins and implications of "Japanese-style management" are poorly understood. Contrary to widespread belief, Japan's acclaimed strategies are not particularly novel or even especially Japanese.</w:t>
        <w:br/>
        <w:br/>
        <w:br/>
        <w:br/>
        <w:br/>
        <w:br/>
        <w:t>Tsutsui traces the roots of these practices to Scientific Management, or Taylorism, an American concept that arrived in Japan at the turn of the century. During subsequent decades, this imported model was embraced--and ultimately transformed--in Japan's industrial workshops. Imitation gave rise to innovation as Japanese managers sought a "revised" Taylorism that combined mechanistic efficiency with respect for the humanity of labor.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