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électroniques de communication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Sapountsov, Youri/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 Sciences Fondamentales(N°:None)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9973370945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base théorique/ </w:t>
            </w:r>
          </w:p>
        </w:tc>
      </w:tr>
    </w:tbl>
    <w:p>
      <w:pPr>
        <w:pStyle w:val="Heading3"/>
      </w:pPr>
      <w:r>
        <w:t>Résumé :</w:t>
      </w:r>
    </w:p>
    <w:p>
      <w:r>
        <w:t>Le livre Circuits électroniques de communication : Base théorique de Youri Sapountsov (2003) présente une étude approfondie des principes fondamentaux qui régissent la conception et l’analyse des circuits utilisés dans les systèmes de communication. Il aborde d’abord les notions de base de l’électronique courant, tension, impédance, et lois fondamentales des circuits  avant d’examiner les composants essentiels tels que les diodes, transistors et amplificateurs opérationnels. L’auteur met l’accent sur le rôle de ces dispositifs dans le traitement, l’amplification et la transmission des signaux. Le livre explore ensuite les circuits de modulation et de démodulation, indispensables à la communication analogique et numérique, ainsi que les techniques de filtrage et d’adaptation d’impédance pour optimiser la qualité du signal et réduire les pertes. Une attention particulière est accordée aux phénomènes de bruit, de distorsion et de stabilité des circuits à haute fréquence. L’approche de Sapountsov combine rigueur mathématique et applications pratiques, offrant ainsi au lecteur une base théorique solide pour comprendre et concevoir des systèmes électroniques de communication modernes. Cet ouvrage s’adresse principalement aux étudiants en électronique et télécommunications, ainsi qu’aux ingénieurs souhaitant renforcer leurs connaissances sur les fondements des circuits de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