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[Trois cent six ] 306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Elektor/ Meyer, Denis/ Raedersdorf,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 "Elektor"/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Tube électronique/ circuit à impulsion/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