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L'Insémination artificielle bovine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Parez, Michel/ Duplan, Jean Maurice/ ALLICE/ Institut technique de l'élevage bovin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ITEB/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243-250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Bovins/ L'insemination artificielle/ </w:t>
            </w:r>
          </w:p>
        </w:tc>
      </w:tr>
    </w:tbl>
    <w:p>
      <w:pPr>
        <w:pStyle w:val="Heading3"/>
      </w:pPr>
      <w:r>
        <w:t>Résumé :</w:t>
      </w:r>
    </w:p>
    <w:p>
      <w:r>
        <w:t>Ce livre  aborde les techniques de l'insémination artificielle chez les bovins, en mettant l'accent sur leur contribution à l'amélioration des troupeaux et au développement de l'élevage. Il a été considéré comme une référence nécessaire, permettant de rassembler des informations auparavant dispersées dans des revues spécialisées, ce qui en faisait un ouvrage de référence pour l'époque.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