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génétique,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Étienne, Jacqueline/ Clauser, 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 cours + exos(N°:None)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387-400.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2294013573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 moléculaire/ </w:t>
            </w:r>
          </w:p>
        </w:tc>
      </w:tr>
    </w:tbl>
    <w:p>
      <w:pPr>
        <w:pStyle w:val="Heading3"/>
      </w:pPr>
      <w:r>
        <w:t>Résumé :</w:t>
      </w:r>
    </w:p>
    <w:p>
      <w:r>
        <w:t>Cette 8e édition a été profondément refondue tant dans le fond que dans la forme pour répondre à l'évolution des connaissances du domaine de la biochimie génétique et biologie moléculaire. L'ouvrage : - Est une mise au point très didactique des connaissances actuelles dans le domaine de la biochimie génétique et de la biologie moléculaire.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